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E4E0" w14:textId="77777777" w:rsidR="00415FCB" w:rsidRDefault="0044069C">
      <w:pPr>
        <w:pStyle w:val="Titel"/>
      </w:pPr>
      <w:r>
        <w:t>Machtigingsformulier BRP-uittreksel</w:t>
      </w:r>
    </w:p>
    <w:p w14:paraId="39C63D6F" w14:textId="67CD9754" w:rsidR="00415FCB" w:rsidRDefault="198AFCE3">
      <w:r>
        <w:t>Gegevens aanvrager (de persoon die toestemming geeft):</w:t>
      </w:r>
      <w:r w:rsidR="0044069C">
        <w:br/>
      </w:r>
      <w:r>
        <w:t>Naam: ________________________________</w:t>
      </w:r>
      <w:r w:rsidR="0044069C">
        <w:br/>
      </w:r>
      <w:r>
        <w:t>Geboortedatum: ________________________</w:t>
      </w:r>
      <w:r w:rsidR="0044069C">
        <w:br/>
      </w:r>
      <w:r>
        <w:t>Adres: ________________________________</w:t>
      </w:r>
      <w:r w:rsidR="0044069C">
        <w:br/>
      </w:r>
      <w:r>
        <w:t>Postcode en woonplaats: _______________</w:t>
      </w:r>
      <w:r w:rsidR="0044069C">
        <w:br/>
      </w:r>
      <w:r>
        <w:t>Telefoonnummer: _______________________</w:t>
      </w:r>
    </w:p>
    <w:p w14:paraId="5107BB4B" w14:textId="26EB7A1A" w:rsidR="00415FCB" w:rsidRDefault="198AFCE3">
      <w:r>
        <w:t>Gegevens gemachtigde (degene die het uittreksel komt ophalen namens aanvrager):</w:t>
      </w:r>
      <w:r w:rsidR="0044069C">
        <w:br/>
      </w:r>
      <w:r>
        <w:t>Naam: ________________________________</w:t>
      </w:r>
      <w:r w:rsidR="0044069C">
        <w:br/>
      </w:r>
      <w:r>
        <w:t>Geboortedatum: ________________________</w:t>
      </w:r>
      <w:r w:rsidR="0044069C">
        <w:br/>
      </w:r>
      <w:r>
        <w:t>Adres: ________________________________</w:t>
      </w:r>
      <w:r w:rsidR="0044069C">
        <w:br/>
      </w:r>
      <w:r>
        <w:t>Postcode en woonplaats: _______________</w:t>
      </w:r>
    </w:p>
    <w:p w14:paraId="028AE5B4" w14:textId="77777777" w:rsidR="00415FCB" w:rsidRDefault="0044069C">
      <w:r>
        <w:t>Machtiging:</w:t>
      </w:r>
      <w:r>
        <w:br/>
        <w:t>Hierbij machtig ik bovengenoemde persoon om namens mij een uittreksel uit de Basisregistratie Personen (BRP) aan te vragen bij de gemeente.</w:t>
      </w:r>
    </w:p>
    <w:p w14:paraId="29CA201F" w14:textId="77777777" w:rsidR="00415FCB" w:rsidRDefault="0044069C">
      <w:r>
        <w:t>Doel van het uittreksel (verplicht):</w:t>
      </w:r>
      <w:r>
        <w:br/>
        <w:t>______________________________________________</w:t>
      </w:r>
      <w:r>
        <w:br/>
        <w:t>______________________________________________</w:t>
      </w:r>
    </w:p>
    <w:p w14:paraId="17C6B531" w14:textId="77777777" w:rsidR="00415FCB" w:rsidRDefault="0044069C">
      <w:r>
        <w:t>Gegevens die op het uittreksel moeten worden vermeld:</w:t>
      </w:r>
      <w:r>
        <w:br/>
        <w:t>☐ Naam, voornamen</w:t>
      </w:r>
      <w:r>
        <w:br/>
        <w:t>☐ Geboortedatum en geboorteplaats</w:t>
      </w:r>
      <w:r>
        <w:br/>
        <w:t>☐ Adres en woonplaats</w:t>
      </w:r>
      <w:r>
        <w:br/>
        <w:t>☐ Burgerlijke staat</w:t>
      </w:r>
      <w:r>
        <w:br/>
        <w:t>☐ Nationaliteit</w:t>
      </w:r>
      <w:r>
        <w:br/>
        <w:t>☐ Datum vestiging op adres</w:t>
      </w:r>
      <w:r>
        <w:br/>
        <w:t>☐ Historisch adres</w:t>
      </w:r>
      <w:r>
        <w:br/>
        <w:t>☐ Gegevens gezinsleden / kinderen</w:t>
      </w:r>
      <w:r>
        <w:br/>
        <w:t>☐ Anders: ________________________________</w:t>
      </w:r>
    </w:p>
    <w:p w14:paraId="1A8AEFBB" w14:textId="77777777" w:rsidR="00415FCB" w:rsidRDefault="0044069C">
      <w:r>
        <w:t>Ondertekening:</w:t>
      </w:r>
      <w:r>
        <w:br/>
        <w:t>Plaats: ________________________________</w:t>
      </w:r>
      <w:r>
        <w:br/>
        <w:t>Datum: ________________________________</w:t>
      </w:r>
      <w:r>
        <w:br/>
      </w:r>
      <w:r>
        <w:br/>
        <w:t>Handtekening aanvrager: ________________________________</w:t>
      </w:r>
    </w:p>
    <w:p w14:paraId="10A50412" w14:textId="55ECA458" w:rsidR="00415FCB" w:rsidRDefault="30DC6DAB" w:rsidP="30DC6DAB">
      <w:pPr>
        <w:rPr>
          <w:rFonts w:ascii="Cambria" w:eastAsia="Cambria" w:hAnsi="Cambria" w:cs="Cambria"/>
        </w:rPr>
      </w:pPr>
      <w:r>
        <w:t>Let op:</w:t>
      </w:r>
      <w:r w:rsidR="0044069C">
        <w:br/>
      </w:r>
      <w:r>
        <w:t>- Kopie legitimatiebewijs van de aanvrager meenemen.</w:t>
      </w:r>
      <w:r w:rsidR="0044069C">
        <w:br/>
      </w:r>
      <w:r w:rsidRPr="30DC6DAB">
        <w:rPr>
          <w:rFonts w:ascii="Cambria" w:eastAsia="Cambria" w:hAnsi="Cambria" w:cs="Cambria"/>
        </w:rPr>
        <w:t>- De gemachtigde moet zijn of haar eigen geldige legitimatiebewijs meenemen.</w:t>
      </w:r>
    </w:p>
    <w:sectPr w:rsidR="00415FC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512460">
    <w:abstractNumId w:val="8"/>
  </w:num>
  <w:num w:numId="2" w16cid:durableId="318117912">
    <w:abstractNumId w:val="6"/>
  </w:num>
  <w:num w:numId="3" w16cid:durableId="1064639592">
    <w:abstractNumId w:val="5"/>
  </w:num>
  <w:num w:numId="4" w16cid:durableId="598178020">
    <w:abstractNumId w:val="4"/>
  </w:num>
  <w:num w:numId="5" w16cid:durableId="510072597">
    <w:abstractNumId w:val="7"/>
  </w:num>
  <w:num w:numId="6" w16cid:durableId="2038850462">
    <w:abstractNumId w:val="3"/>
  </w:num>
  <w:num w:numId="7" w16cid:durableId="505823164">
    <w:abstractNumId w:val="2"/>
  </w:num>
  <w:num w:numId="8" w16cid:durableId="925187347">
    <w:abstractNumId w:val="1"/>
  </w:num>
  <w:num w:numId="9" w16cid:durableId="51912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5FCB"/>
    <w:rsid w:val="0044069C"/>
    <w:rsid w:val="0052352A"/>
    <w:rsid w:val="00AA1D8D"/>
    <w:rsid w:val="00B47730"/>
    <w:rsid w:val="00CB0664"/>
    <w:rsid w:val="00FC693F"/>
    <w:rsid w:val="198AFCE3"/>
    <w:rsid w:val="30DC6DAB"/>
    <w:rsid w:val="3BB70F14"/>
    <w:rsid w:val="6ABA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786FEC40-0316-449B-B2A9-DEB353C1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1177</Characters>
  <Application>Microsoft Office Word</Application>
  <DocSecurity>0</DocSecurity>
  <Lines>9</Lines>
  <Paragraphs>2</Paragraphs>
  <ScaleCrop>false</ScaleCrop>
  <Manager/>
  <Company/>
  <LinksUpToDate>false</LinksUpToDate>
  <CharactersWithSpaces>1389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Linda Zoet-Dekker</cp:lastModifiedBy>
  <cp:revision>2</cp:revision>
  <dcterms:created xsi:type="dcterms:W3CDTF">2026-07-27T12:48:00Z</dcterms:created>
  <dcterms:modified xsi:type="dcterms:W3CDTF">2026-07-27T12:48:00Z</dcterms:modified>
  <cp:category/>
</cp:coreProperties>
</file>